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ארוחה של למידה על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שלושת השלבים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מרכיבים בסיפור: זמן ומקום, רגשות, קונפליקט, סיבה ותוצאה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המשימות על סיפור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להבין מה קרה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לחשוב לעומק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ליצור משהו חדש בעקבות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בוחרת באקראי משימה אחת מהמנה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זמן ומקום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(לזהות מתי ואיפה קורה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(לעקוב אחרי הרגשות של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(לזהות את הבעיה המרכזית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(להסביר למה דברים קרו ומה קרה בעקבות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(לעצב כריכה חדשה לספר)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הלוח - מנה אחת מכל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חייבים לבחור מנה אחת מכל שלב, לא יותר מאותו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בלוח - קינוח הוא שלב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מדחום הרגשות עוסק ברגשות הדמויות ולא בקונפליקט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כפתור 'הקובייה בוחרת' בכל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קומיקס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 הקשורות לעלילה, לדמויות או לסיום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הקשורה למחשבות או רגשות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על סיפור שקראתם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מדויק של זמן ומקום מתוך הסיפור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נכון של הבעיה המרכזית ושל הפתרון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שיחה הגיונית המתאימה לאופי הדמויות ולעלילה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ראשונה, עיקרית, קינוח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ראשונה - להבין מה קרה; עיקרית - לחשוב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קומיקס / צ'אט בין דמויות / עטיפה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סיפור משותף מהכיתה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משימה אחת מכל שלב לפני שהתלמידים עובדים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ארוחה של למידה על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לוח הבחירה בנוי כמו ארוחה: מנה ראשונה שבה מבינים מה קרה בסיפור, מנה עיקרית שבה חושבים לעומק, וקינוח שבו יוצרים משהו חדש. בכל שלב בוחרים משימה אחת מתוך האפשרויות.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מנות צריך לבחור בלוח הארוחה?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מנה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משהו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מה קרה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עטיפה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מנה עיקרית?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לעומק על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צ'אט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להבין מתי קרה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הקינוח?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לחשוב על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את הזמן והמקום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משהו חדש בעקבות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לזהות את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הכפתור 'הקובייה בוחרת'?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מוחקת את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בוחרת באקראי משימה אחת מהמנה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מדפיסה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משנה את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משימה בוחרים מתי ואיפה מתרחש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ומקום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קומיקס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להסביר למה דברים קרו ומה קרה בעקבות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מדחום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לזהות את הבעיה המרכזית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לזהות מתי ואיפה קורה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לעצב כריכה חדשה לספר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עטיפה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לעקוב אחרי הרגשות של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לבחור מנה אחת מכל אחד משלושת השלבים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שתי מנות מאותו שלב ולדלג על שלב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הקינוח הוא השלב שבו יוצרים משהו חדש בעקבות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מדחום הרגשות עוסק בזיהוי הקונפליקט המרכזי של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בקובייה כדי לבחור משימה באקראי.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במנה ה__________ בוחרים משימה שעוסקת בהבנת מה קרה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משימת ה__________ עוסקת בזיהוי הבעיה המרכזית של הדמויות.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במשימת סיבה ו__________ מסבירים למה דברים קרו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משימת ה__________ עוסקת במה שהסיפור מלמד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בקינוח אפשר ליצור __________ המספר קטע מהסיפור בציורים ובבועות דיבור.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שהייתם שואלים על הסיפור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שהייתם שואלים את אחת הדמויות בסיפור.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על סיפור שקראתם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לאחרונה, כתבו את שמו, ותארו מתי ואיפה הוא מתרחש.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הקונפליקט המרכזי בסיפור שבחרתם, ואיך הוא נפתר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שיחת צ'אט קצרה בין שתי דמויות מהסיפור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בלוח הארוחה?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מנה ראשונה למנה עיקרית?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מהקינוח.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- ארוחה של למידה על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